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169DA" w14:textId="77777777" w:rsidR="00274D78" w:rsidRPr="00351CF7" w:rsidRDefault="00000000">
      <w:pPr>
        <w:pStyle w:val="FormSmall"/>
        <w:spacing w:after="60"/>
        <w:rPr>
          <w:rFonts w:ascii="Corbel" w:hAnsi="Corbel" w:cs="Times New Roman"/>
          <w:color w:val="auto"/>
        </w:rPr>
      </w:pPr>
      <w:r w:rsidRPr="00351CF7">
        <w:rPr>
          <w:rFonts w:ascii="Corbel" w:hAnsi="Corbel" w:cs="Times New Roman"/>
          <w:b/>
          <w:color w:val="auto"/>
        </w:rPr>
        <w:t>TEMPLATE</w:t>
      </w:r>
    </w:p>
    <w:p w14:paraId="2606C66F" w14:textId="77777777" w:rsidR="00274D78" w:rsidRPr="00351CF7" w:rsidRDefault="00000000">
      <w:pPr>
        <w:pStyle w:val="FormSmall"/>
        <w:spacing w:after="400"/>
        <w:rPr>
          <w:rFonts w:ascii="Corbel" w:hAnsi="Corbel" w:cs="Times New Roman"/>
          <w:color w:val="auto"/>
        </w:rPr>
      </w:pPr>
      <w:r w:rsidRPr="00351CF7">
        <w:rPr>
          <w:rFonts w:ascii="Corbel" w:hAnsi="Corbel" w:cs="Times New Roman"/>
          <w:i/>
          <w:color w:val="auto"/>
        </w:rPr>
        <w:t>Please reproduce this template on the letterhead of the issuing medical practice or healthcare institution.</w:t>
      </w:r>
    </w:p>
    <w:p w14:paraId="6CF75BED" w14:textId="21323A43" w:rsidR="00274D78" w:rsidRPr="00351CF7" w:rsidRDefault="00000000">
      <w:pPr>
        <w:pStyle w:val="FormTitle"/>
        <w:rPr>
          <w:rFonts w:ascii="Corbel" w:hAnsi="Corbel" w:cs="Times New Roman"/>
          <w:bCs/>
          <w:color w:val="auto"/>
        </w:rPr>
      </w:pPr>
      <w:r w:rsidRPr="00351CF7">
        <w:rPr>
          <w:rFonts w:ascii="Corbel" w:hAnsi="Corbel" w:cs="Times New Roman"/>
          <w:bCs/>
          <w:color w:val="auto"/>
        </w:rPr>
        <w:t>Medical Certificate</w:t>
      </w:r>
      <w:r w:rsidR="005B0805" w:rsidRPr="00351CF7">
        <w:rPr>
          <w:rFonts w:ascii="Corbel" w:hAnsi="Corbel" w:cs="Times New Roman"/>
          <w:bCs/>
          <w:color w:val="auto"/>
        </w:rPr>
        <w:t xml:space="preserve"> </w:t>
      </w:r>
      <w:r w:rsidRPr="00351CF7">
        <w:rPr>
          <w:rFonts w:ascii="Corbel" w:hAnsi="Corbel" w:cs="Times New Roman"/>
          <w:bCs/>
          <w:color w:val="auto"/>
        </w:rPr>
        <w:t>for Sanitary and Epidemiological Purposes</w:t>
      </w:r>
    </w:p>
    <w:p w14:paraId="688E7780" w14:textId="091FBC82" w:rsidR="00274D78" w:rsidRPr="00351CF7" w:rsidRDefault="00000000">
      <w:pPr>
        <w:tabs>
          <w:tab w:val="right" w:leader="dot" w:pos="9411"/>
        </w:tabs>
        <w:spacing w:after="300"/>
        <w:rPr>
          <w:rFonts w:ascii="Corbel" w:hAnsi="Corbel" w:cs="Times New Roman"/>
          <w:color w:val="auto"/>
        </w:rPr>
      </w:pPr>
      <w:r w:rsidRPr="00351CF7">
        <w:rPr>
          <w:rFonts w:ascii="Corbel" w:hAnsi="Corbel" w:cs="Times New Roman"/>
          <w:color w:val="auto"/>
        </w:rPr>
        <w:t xml:space="preserve">Candidate’s full name: </w:t>
      </w:r>
      <w:r w:rsidR="005B0805" w:rsidRPr="00351CF7">
        <w:rPr>
          <w:rFonts w:ascii="Corbel" w:hAnsi="Corbel" w:cs="Times New Roman"/>
          <w:color w:val="auto"/>
        </w:rPr>
        <w:t>…………………………………………………………..</w:t>
      </w:r>
    </w:p>
    <w:p w14:paraId="3C8B52A0" w14:textId="4539ED51" w:rsidR="00274D78" w:rsidRPr="00351CF7" w:rsidRDefault="00000000">
      <w:pPr>
        <w:tabs>
          <w:tab w:val="right" w:leader="dot" w:pos="9411"/>
        </w:tabs>
        <w:spacing w:after="300"/>
        <w:rPr>
          <w:rFonts w:ascii="Corbel" w:hAnsi="Corbel" w:cs="Times New Roman"/>
          <w:color w:val="auto"/>
        </w:rPr>
      </w:pPr>
      <w:r w:rsidRPr="00351CF7">
        <w:rPr>
          <w:rFonts w:ascii="Corbel" w:hAnsi="Corbel" w:cs="Times New Roman"/>
          <w:color w:val="auto"/>
        </w:rPr>
        <w:t xml:space="preserve">Date of birth: </w:t>
      </w:r>
      <w:r w:rsidR="005B0805" w:rsidRPr="00351CF7">
        <w:rPr>
          <w:rFonts w:ascii="Corbel" w:hAnsi="Corbel" w:cs="Times New Roman"/>
          <w:color w:val="auto"/>
        </w:rPr>
        <w:t>………………………………</w:t>
      </w:r>
    </w:p>
    <w:p w14:paraId="47ED97E5" w14:textId="11AF1048" w:rsidR="00274D78" w:rsidRPr="00351CF7" w:rsidRDefault="00000000">
      <w:pPr>
        <w:tabs>
          <w:tab w:val="right" w:leader="dot" w:pos="9411"/>
        </w:tabs>
        <w:spacing w:after="300"/>
        <w:rPr>
          <w:rFonts w:ascii="Corbel" w:hAnsi="Corbel" w:cs="Times New Roman"/>
          <w:color w:val="auto"/>
        </w:rPr>
      </w:pPr>
      <w:r w:rsidRPr="00351CF7">
        <w:rPr>
          <w:rFonts w:ascii="Corbel" w:hAnsi="Corbel" w:cs="Times New Roman"/>
          <w:color w:val="auto"/>
        </w:rPr>
        <w:t xml:space="preserve">Address: </w:t>
      </w:r>
      <w:r w:rsidR="005B0805" w:rsidRPr="00351CF7">
        <w:rPr>
          <w:rFonts w:ascii="Corbel" w:hAnsi="Corbel" w:cs="Times New Roman"/>
          <w:color w:val="auto"/>
        </w:rPr>
        <w:t>………………………………………………………………………….</w:t>
      </w:r>
    </w:p>
    <w:p w14:paraId="3F454502" w14:textId="77777777" w:rsidR="005B0805" w:rsidRPr="00351CF7" w:rsidRDefault="005B0805">
      <w:pPr>
        <w:spacing w:after="300"/>
        <w:rPr>
          <w:rFonts w:ascii="Corbel" w:hAnsi="Corbel" w:cs="Times New Roman"/>
          <w:color w:val="auto"/>
        </w:rPr>
      </w:pPr>
    </w:p>
    <w:p w14:paraId="1CA9E901" w14:textId="310F2E42" w:rsidR="00274D78" w:rsidRPr="00351CF7" w:rsidRDefault="00000000" w:rsidP="005B0805">
      <w:pPr>
        <w:spacing w:after="300"/>
        <w:rPr>
          <w:rFonts w:ascii="Corbel" w:hAnsi="Corbel" w:cs="Times New Roman"/>
          <w:color w:val="auto"/>
        </w:rPr>
      </w:pPr>
      <w:r w:rsidRPr="00351CF7">
        <w:rPr>
          <w:rFonts w:ascii="Corbel" w:hAnsi="Corbel" w:cs="Times New Roman"/>
          <w:color w:val="auto"/>
        </w:rPr>
        <w:t>I certify that Ms/Mr ...........................................................................................</w:t>
      </w:r>
      <w:r w:rsidR="005B0805" w:rsidRPr="00351CF7">
        <w:rPr>
          <w:rFonts w:ascii="Corbel" w:hAnsi="Corbel" w:cs="Times New Roman"/>
          <w:color w:val="auto"/>
        </w:rPr>
        <w:t xml:space="preserve"> </w:t>
      </w:r>
      <w:r w:rsidRPr="00351CF7">
        <w:rPr>
          <w:rFonts w:ascii="Corbel" w:hAnsi="Corbel" w:cs="Times New Roman"/>
          <w:color w:val="auto"/>
        </w:rPr>
        <w:t xml:space="preserve">shows no symptoms that would constitute a contraindication to participation in a study or traineeship programme at the </w:t>
      </w:r>
      <w:r w:rsidRPr="00351CF7">
        <w:rPr>
          <w:rFonts w:ascii="Corbel" w:hAnsi="Corbel" w:cs="Times New Roman"/>
          <w:b/>
          <w:color w:val="auto"/>
        </w:rPr>
        <w:t>University of Rzeszów</w:t>
      </w:r>
      <w:r w:rsidRPr="00351CF7">
        <w:rPr>
          <w:rFonts w:ascii="Corbel" w:hAnsi="Corbel" w:cs="Times New Roman"/>
          <w:color w:val="auto"/>
        </w:rPr>
        <w:t xml:space="preserve"> in the following field:*</w:t>
      </w:r>
    </w:p>
    <w:p w14:paraId="3D5C8CF7" w14:textId="5B93E33F" w:rsidR="00274D78" w:rsidRPr="00351CF7" w:rsidRDefault="00000000">
      <w:pPr>
        <w:spacing w:after="560"/>
        <w:rPr>
          <w:rFonts w:ascii="Corbel" w:hAnsi="Corbel" w:cs="Times New Roman"/>
          <w:color w:val="auto"/>
        </w:rPr>
      </w:pPr>
      <w:r w:rsidRPr="00351CF7">
        <w:rPr>
          <w:rFonts w:ascii="Corbel" w:hAnsi="Corbel" w:cs="Times New Roman"/>
          <w:color w:val="auto"/>
        </w:rPr>
        <w:t xml:space="preserve">medicine / </w:t>
      </w:r>
      <w:r w:rsidR="005B0805" w:rsidRPr="00351CF7">
        <w:rPr>
          <w:rFonts w:ascii="Corbel" w:hAnsi="Corbel" w:cs="Times New Roman"/>
          <w:color w:val="auto"/>
        </w:rPr>
        <w:t xml:space="preserve">medical analytics </w:t>
      </w:r>
      <w:r w:rsidRPr="00351CF7">
        <w:rPr>
          <w:rFonts w:ascii="Corbel" w:hAnsi="Corbel" w:cs="Times New Roman"/>
          <w:color w:val="auto"/>
        </w:rPr>
        <w:t>/ other: ..........................................................................................</w:t>
      </w:r>
    </w:p>
    <w:p w14:paraId="2298A767" w14:textId="1BADA043" w:rsidR="00274D78" w:rsidRPr="00351CF7" w:rsidRDefault="00000000">
      <w:pPr>
        <w:tabs>
          <w:tab w:val="right" w:leader="dot" w:pos="9411"/>
        </w:tabs>
        <w:spacing w:after="360"/>
        <w:rPr>
          <w:rFonts w:ascii="Corbel" w:hAnsi="Corbel" w:cs="Times New Roman"/>
          <w:color w:val="auto"/>
        </w:rPr>
      </w:pPr>
      <w:r w:rsidRPr="00351CF7">
        <w:rPr>
          <w:rFonts w:ascii="Corbel" w:hAnsi="Corbel" w:cs="Times New Roman"/>
          <w:color w:val="auto"/>
        </w:rPr>
        <w:t xml:space="preserve">Date: </w:t>
      </w:r>
      <w:r w:rsidR="005B0805" w:rsidRPr="00351CF7">
        <w:rPr>
          <w:rFonts w:ascii="Corbel" w:hAnsi="Corbel" w:cs="Times New Roman"/>
          <w:color w:val="auto"/>
        </w:rPr>
        <w:t>…………………</w:t>
      </w:r>
    </w:p>
    <w:p w14:paraId="555AD71C" w14:textId="3C61C59F" w:rsidR="00274D78" w:rsidRPr="00351CF7" w:rsidRDefault="00000000">
      <w:pPr>
        <w:tabs>
          <w:tab w:val="right" w:leader="dot" w:pos="9411"/>
        </w:tabs>
        <w:spacing w:after="360"/>
        <w:rPr>
          <w:rFonts w:ascii="Corbel" w:hAnsi="Corbel" w:cs="Times New Roman"/>
          <w:color w:val="auto"/>
        </w:rPr>
      </w:pPr>
      <w:r w:rsidRPr="00351CF7">
        <w:rPr>
          <w:rFonts w:ascii="Corbel" w:hAnsi="Corbel" w:cs="Times New Roman"/>
          <w:color w:val="auto"/>
        </w:rPr>
        <w:t xml:space="preserve">Name of the certifying physician: </w:t>
      </w:r>
      <w:r w:rsidR="005B0805" w:rsidRPr="00351CF7">
        <w:rPr>
          <w:rFonts w:ascii="Corbel" w:hAnsi="Corbel" w:cs="Times New Roman"/>
          <w:color w:val="auto"/>
        </w:rPr>
        <w:t>…………………….</w:t>
      </w:r>
    </w:p>
    <w:p w14:paraId="18FB2BF5" w14:textId="158EDFEE" w:rsidR="00274D78" w:rsidRPr="00351CF7" w:rsidRDefault="00000000">
      <w:pPr>
        <w:tabs>
          <w:tab w:val="right" w:leader="dot" w:pos="9411"/>
        </w:tabs>
        <w:spacing w:after="640"/>
        <w:rPr>
          <w:rFonts w:ascii="Corbel" w:hAnsi="Corbel" w:cs="Times New Roman"/>
          <w:color w:val="auto"/>
        </w:rPr>
      </w:pPr>
      <w:r w:rsidRPr="00351CF7">
        <w:rPr>
          <w:rFonts w:ascii="Corbel" w:hAnsi="Corbel" w:cs="Times New Roman"/>
          <w:color w:val="auto"/>
        </w:rPr>
        <w:t xml:space="preserve">Position / professional capacity: </w:t>
      </w:r>
      <w:r w:rsidR="005B0805" w:rsidRPr="00351CF7">
        <w:rPr>
          <w:rFonts w:ascii="Corbel" w:hAnsi="Corbel" w:cs="Times New Roman"/>
          <w:color w:val="auto"/>
        </w:rPr>
        <w:t>………………………..</w:t>
      </w:r>
    </w:p>
    <w:p w14:paraId="76D22739" w14:textId="77EA2D8F" w:rsidR="00274D78" w:rsidRPr="00351CF7" w:rsidRDefault="00000000" w:rsidP="005B0805">
      <w:pPr>
        <w:tabs>
          <w:tab w:val="right" w:leader="dot" w:pos="9411"/>
        </w:tabs>
        <w:spacing w:after="560"/>
        <w:jc w:val="right"/>
        <w:rPr>
          <w:rFonts w:ascii="Corbel" w:hAnsi="Corbel" w:cs="Times New Roman"/>
          <w:color w:val="auto"/>
        </w:rPr>
      </w:pPr>
      <w:r w:rsidRPr="00351CF7">
        <w:rPr>
          <w:rFonts w:ascii="Corbel" w:hAnsi="Corbel" w:cs="Times New Roman"/>
          <w:color w:val="auto"/>
        </w:rPr>
        <w:t xml:space="preserve">Signature: </w:t>
      </w:r>
      <w:r w:rsidR="005B0805" w:rsidRPr="00351CF7">
        <w:rPr>
          <w:rFonts w:ascii="Corbel" w:hAnsi="Corbel" w:cs="Times New Roman"/>
          <w:color w:val="auto"/>
        </w:rPr>
        <w:t>………………</w:t>
      </w:r>
    </w:p>
    <w:p w14:paraId="7737B203" w14:textId="77777777" w:rsidR="00274D78" w:rsidRPr="00351CF7" w:rsidRDefault="00000000">
      <w:pPr>
        <w:pStyle w:val="FormSmall"/>
        <w:keepNext w:val="0"/>
        <w:rPr>
          <w:rFonts w:ascii="Corbel" w:hAnsi="Corbel" w:cs="Times New Roman"/>
          <w:color w:val="auto"/>
        </w:rPr>
      </w:pPr>
      <w:r w:rsidRPr="00351CF7">
        <w:rPr>
          <w:rFonts w:ascii="Corbel" w:hAnsi="Corbel" w:cs="Times New Roman"/>
          <w:color w:val="auto"/>
        </w:rPr>
        <w:t>* Underline the appropriate field or specify another.</w:t>
      </w:r>
    </w:p>
    <w:sectPr w:rsidR="00274D78" w:rsidRPr="00351CF7" w:rsidSect="00034616">
      <w:headerReference w:type="default" r:id="rId8"/>
      <w:footerReference w:type="default" r:id="rId9"/>
      <w:pgSz w:w="11906" w:h="16838"/>
      <w:pgMar w:top="1701" w:right="1247" w:bottom="1020" w:left="1247" w:header="709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49CF" w14:textId="77777777" w:rsidR="00E809DD" w:rsidRDefault="00E809DD">
      <w:pPr>
        <w:spacing w:after="0" w:line="240" w:lineRule="auto"/>
      </w:pPr>
      <w:r>
        <w:separator/>
      </w:r>
    </w:p>
  </w:endnote>
  <w:endnote w:type="continuationSeparator" w:id="0">
    <w:p w14:paraId="41C4812B" w14:textId="77777777" w:rsidR="00E809DD" w:rsidRDefault="00E80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1F1D0" w14:textId="77777777" w:rsidR="00274D78" w:rsidRDefault="00000000">
    <w:pPr>
      <w:pStyle w:val="Stopka"/>
      <w:jc w:val="right"/>
    </w:pPr>
    <w:r>
      <w:rPr>
        <w:color w:val="60656D"/>
        <w:sz w:val="16"/>
      </w:rPr>
      <w:t>University of Rzeszów | Erasmus+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7515C" w14:textId="77777777" w:rsidR="00E809DD" w:rsidRDefault="00E809DD">
      <w:pPr>
        <w:spacing w:after="0" w:line="240" w:lineRule="auto"/>
      </w:pPr>
      <w:r>
        <w:separator/>
      </w:r>
    </w:p>
  </w:footnote>
  <w:footnote w:type="continuationSeparator" w:id="0">
    <w:p w14:paraId="1B99E5F4" w14:textId="77777777" w:rsidR="00E809DD" w:rsidRDefault="00E80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78994" w14:textId="3F79C540" w:rsidR="00274D78" w:rsidRPr="00351CF7" w:rsidRDefault="00000000">
    <w:pPr>
      <w:pStyle w:val="Nagwek"/>
      <w:tabs>
        <w:tab w:val="right" w:pos="9411"/>
      </w:tabs>
      <w:rPr>
        <w:rFonts w:ascii="Corbel" w:hAnsi="Corbel"/>
      </w:rPr>
    </w:pPr>
    <w:r w:rsidRPr="00351CF7">
      <w:rPr>
        <w:rFonts w:ascii="Corbel" w:hAnsi="Corbel"/>
        <w:b/>
        <w:color w:val="17365D"/>
        <w:sz w:val="26"/>
      </w:rPr>
      <w:t>UNIVERSITY OF RZESZÓW</w:t>
    </w:r>
    <w:r w:rsidRPr="00351CF7">
      <w:rPr>
        <w:rFonts w:ascii="Corbel" w:hAnsi="Corbel"/>
        <w:b/>
        <w:color w:val="17365D"/>
        <w:sz w:val="20"/>
      </w:rPr>
      <w:tab/>
    </w:r>
    <w:r w:rsidR="005B0805" w:rsidRPr="00351CF7">
      <w:rPr>
        <w:rFonts w:ascii="Corbel" w:hAnsi="Corbel"/>
        <w:b/>
        <w:color w:val="17365D"/>
        <w:sz w:val="20"/>
      </w:rPr>
      <w:tab/>
    </w:r>
    <w:r w:rsidRPr="00351CF7">
      <w:rPr>
        <w:rFonts w:ascii="Corbel" w:hAnsi="Corbel"/>
        <w:b/>
        <w:color w:val="17365D"/>
        <w:sz w:val="20"/>
      </w:rPr>
      <w:t>ERASMUS+</w:t>
    </w:r>
  </w:p>
  <w:p w14:paraId="3145DB84" w14:textId="77777777" w:rsidR="00274D78" w:rsidRPr="00351CF7" w:rsidRDefault="00000000">
    <w:pPr>
      <w:pBdr>
        <w:bottom w:val="single" w:sz="6" w:space="7" w:color="17365D"/>
      </w:pBdr>
      <w:spacing w:after="0"/>
      <w:rPr>
        <w:rFonts w:ascii="Corbel" w:hAnsi="Corbel"/>
      </w:rPr>
    </w:pPr>
    <w:r w:rsidRPr="00351CF7">
      <w:rPr>
        <w:rFonts w:ascii="Corbel" w:hAnsi="Corbel"/>
        <w:color w:val="60656D"/>
        <w:sz w:val="18"/>
      </w:rPr>
      <w:t>Uniwersytet Rzeszowski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1881394">
    <w:abstractNumId w:val="8"/>
  </w:num>
  <w:num w:numId="2" w16cid:durableId="1386559456">
    <w:abstractNumId w:val="6"/>
  </w:num>
  <w:num w:numId="3" w16cid:durableId="1237666085">
    <w:abstractNumId w:val="5"/>
  </w:num>
  <w:num w:numId="4" w16cid:durableId="485442274">
    <w:abstractNumId w:val="4"/>
  </w:num>
  <w:num w:numId="5" w16cid:durableId="2016956416">
    <w:abstractNumId w:val="7"/>
  </w:num>
  <w:num w:numId="6" w16cid:durableId="980117873">
    <w:abstractNumId w:val="3"/>
  </w:num>
  <w:num w:numId="7" w16cid:durableId="277640300">
    <w:abstractNumId w:val="2"/>
  </w:num>
  <w:num w:numId="8" w16cid:durableId="1645965780">
    <w:abstractNumId w:val="1"/>
  </w:num>
  <w:num w:numId="9" w16cid:durableId="146796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4D78"/>
    <w:rsid w:val="0029639D"/>
    <w:rsid w:val="00326F90"/>
    <w:rsid w:val="00351CF7"/>
    <w:rsid w:val="005B0805"/>
    <w:rsid w:val="006F4FEC"/>
    <w:rsid w:val="007223C3"/>
    <w:rsid w:val="00977049"/>
    <w:rsid w:val="00AA1D8D"/>
    <w:rsid w:val="00B47730"/>
    <w:rsid w:val="00CB0664"/>
    <w:rsid w:val="00CD6D9C"/>
    <w:rsid w:val="00E809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D66B3"/>
  <w14:defaultImageDpi w14:val="300"/>
  <w15:docId w15:val="{0BA88629-9288-46E5-9E41-67478569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257" w:lineRule="auto"/>
    </w:pPr>
    <w:rPr>
      <w:rFonts w:ascii="Arial" w:hAnsi="Arial"/>
      <w:color w:val="2021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 Title"/>
    <w:basedOn w:val="Normalny"/>
    <w:pPr>
      <w:keepNext/>
    </w:pPr>
    <w:rPr>
      <w:b/>
      <w:color w:val="17365D"/>
      <w:sz w:val="28"/>
    </w:rPr>
  </w:style>
  <w:style w:type="paragraph" w:customStyle="1" w:styleId="FormSubtitle">
    <w:name w:val="Form Subtitle"/>
    <w:basedOn w:val="Normalny"/>
    <w:pPr>
      <w:keepNext/>
    </w:pPr>
    <w:rPr>
      <w:color w:val="60656D"/>
      <w:sz w:val="20"/>
    </w:rPr>
  </w:style>
  <w:style w:type="paragraph" w:customStyle="1" w:styleId="FormSmall">
    <w:name w:val="Form Small"/>
    <w:basedOn w:val="Normalny"/>
    <w:pPr>
      <w:keepNext/>
    </w:pPr>
    <w:rPr>
      <w:color w:val="60656D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Certificate for Sanitary and Epidemiological Purposes | University of Rzeszów</dc:title>
  <dc:subject>Erasmus+ incoming mobility — form adapted for the University of Rzeszów</dc:subject>
  <dc:creator>Lucyna Kustra-Kłeczek</dc:creator>
  <cp:keywords>Erasmus+; Uniwersytet Rzeszowski; University of Rzeszów</cp:keywords>
  <dc:description/>
  <cp:lastModifiedBy>Lucyna Kustra-Kłeczek</cp:lastModifiedBy>
  <cp:revision>2</cp:revision>
  <cp:lastPrinted>2026-09-15T05:11:00Z</cp:lastPrinted>
  <dcterms:created xsi:type="dcterms:W3CDTF">2026-09-15T05:11:00Z</dcterms:created>
  <dcterms:modified xsi:type="dcterms:W3CDTF">2026-09-15T05:11:00Z</dcterms:modified>
  <cp:category/>
</cp:coreProperties>
</file>