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328B8" w14:textId="77777777" w:rsidR="00E5436D" w:rsidRPr="00AD1EDA" w:rsidRDefault="00000000">
      <w:pPr>
        <w:jc w:val="right"/>
        <w:rPr>
          <w:lang w:val="pl-PL"/>
        </w:rPr>
      </w:pPr>
      <w:r w:rsidRPr="00AD1EDA">
        <w:rPr>
          <w:lang w:val="pl-PL"/>
        </w:rPr>
        <w:t>Załącznik nr 1 do Regulaminu naboru na funkcję Trenera Lokalnego</w:t>
      </w:r>
    </w:p>
    <w:p w14:paraId="2B7DCE65" w14:textId="77777777" w:rsidR="00E5436D" w:rsidRPr="00AD1EDA" w:rsidRDefault="00000000">
      <w:pPr>
        <w:pStyle w:val="Tytu"/>
        <w:jc w:val="center"/>
        <w:rPr>
          <w:lang w:val="pl-PL"/>
        </w:rPr>
      </w:pPr>
      <w:r w:rsidRPr="00AD1EDA">
        <w:rPr>
          <w:lang w:val="pl-PL"/>
        </w:rPr>
        <w:t>FORMULARZ ZGŁOSZENIOWY</w:t>
      </w:r>
    </w:p>
    <w:p w14:paraId="1463D156" w14:textId="77777777" w:rsidR="00E5436D" w:rsidRPr="00AD1EDA" w:rsidRDefault="00000000">
      <w:pPr>
        <w:jc w:val="center"/>
        <w:rPr>
          <w:lang w:val="pl-PL"/>
        </w:rPr>
      </w:pPr>
      <w:r w:rsidRPr="00AD1EDA">
        <w:rPr>
          <w:b/>
          <w:lang w:val="pl-PL"/>
        </w:rPr>
        <w:t>kandydata na funkcję Trenera Lokalnego</w:t>
      </w:r>
    </w:p>
    <w:p w14:paraId="54628D88" w14:textId="77777777" w:rsidR="00E5436D" w:rsidRPr="00AD1EDA" w:rsidRDefault="00000000">
      <w:pPr>
        <w:jc w:val="center"/>
        <w:rPr>
          <w:lang w:val="pl-PL"/>
        </w:rPr>
      </w:pPr>
      <w:r w:rsidRPr="00AD1EDA">
        <w:rPr>
          <w:lang w:val="pl-PL"/>
        </w:rPr>
        <w:t>w projekcie pn. „Wsparcie uczelni w ograniczaniu przedwczesnego kończenia nauki przy wykorzystaniu danych z systemu ELA”</w:t>
      </w:r>
    </w:p>
    <w:p w14:paraId="63DC8A92" w14:textId="77777777" w:rsidR="00E5436D" w:rsidRDefault="00000000">
      <w:pPr>
        <w:pStyle w:val="Nagwek1"/>
      </w:pPr>
      <w:r>
        <w:t>I. Dane kandydata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1"/>
        <w:gridCol w:w="4811"/>
      </w:tblGrid>
      <w:tr w:rsidR="00E5436D" w14:paraId="1F0F1542" w14:textId="77777777">
        <w:trPr>
          <w:jc w:val="center"/>
        </w:trPr>
        <w:tc>
          <w:tcPr>
            <w:tcW w:w="4816" w:type="dxa"/>
            <w:shd w:val="clear" w:color="auto" w:fill="DCE8F4"/>
            <w:vAlign w:val="center"/>
          </w:tcPr>
          <w:p w14:paraId="1EBD0006" w14:textId="77777777" w:rsidR="00E5436D" w:rsidRDefault="00000000">
            <w:pPr>
              <w:spacing w:after="40"/>
            </w:pPr>
            <w:r>
              <w:rPr>
                <w:b/>
              </w:rPr>
              <w:t>Pole</w:t>
            </w:r>
          </w:p>
        </w:tc>
        <w:tc>
          <w:tcPr>
            <w:tcW w:w="4816" w:type="dxa"/>
            <w:shd w:val="clear" w:color="auto" w:fill="DCE8F4"/>
            <w:vAlign w:val="center"/>
          </w:tcPr>
          <w:p w14:paraId="53B698C1" w14:textId="77777777" w:rsidR="00E5436D" w:rsidRDefault="00000000">
            <w:pPr>
              <w:spacing w:after="40"/>
            </w:pPr>
            <w:r>
              <w:rPr>
                <w:b/>
              </w:rPr>
              <w:t>Dane</w:t>
            </w:r>
          </w:p>
        </w:tc>
      </w:tr>
      <w:tr w:rsidR="00E5436D" w14:paraId="69B0406D" w14:textId="77777777">
        <w:trPr>
          <w:jc w:val="center"/>
        </w:trPr>
        <w:tc>
          <w:tcPr>
            <w:tcW w:w="4816" w:type="dxa"/>
            <w:vAlign w:val="center"/>
          </w:tcPr>
          <w:p w14:paraId="20AF4318" w14:textId="77777777" w:rsidR="00E5436D" w:rsidRDefault="00000000">
            <w:pPr>
              <w:spacing w:after="40"/>
            </w:pPr>
            <w:r>
              <w:t>Imię i nazwisko</w:t>
            </w:r>
          </w:p>
        </w:tc>
        <w:tc>
          <w:tcPr>
            <w:tcW w:w="4816" w:type="dxa"/>
            <w:vAlign w:val="center"/>
          </w:tcPr>
          <w:p w14:paraId="7EADB972" w14:textId="77777777" w:rsidR="00E5436D" w:rsidRDefault="00E5436D">
            <w:pPr>
              <w:spacing w:after="40"/>
            </w:pPr>
          </w:p>
        </w:tc>
      </w:tr>
      <w:tr w:rsidR="00E5436D" w14:paraId="36DFEF00" w14:textId="77777777">
        <w:trPr>
          <w:jc w:val="center"/>
        </w:trPr>
        <w:tc>
          <w:tcPr>
            <w:tcW w:w="4816" w:type="dxa"/>
            <w:vAlign w:val="center"/>
          </w:tcPr>
          <w:p w14:paraId="29A472BC" w14:textId="77777777" w:rsidR="00E5436D" w:rsidRDefault="00000000">
            <w:pPr>
              <w:spacing w:after="40"/>
            </w:pPr>
            <w:r>
              <w:t>Stanowisko</w:t>
            </w:r>
          </w:p>
        </w:tc>
        <w:tc>
          <w:tcPr>
            <w:tcW w:w="4816" w:type="dxa"/>
            <w:vAlign w:val="center"/>
          </w:tcPr>
          <w:p w14:paraId="24D267AC" w14:textId="77777777" w:rsidR="00E5436D" w:rsidRDefault="00E5436D">
            <w:pPr>
              <w:spacing w:after="40"/>
            </w:pPr>
          </w:p>
        </w:tc>
      </w:tr>
      <w:tr w:rsidR="00E5436D" w14:paraId="4C20DF93" w14:textId="77777777">
        <w:trPr>
          <w:jc w:val="center"/>
        </w:trPr>
        <w:tc>
          <w:tcPr>
            <w:tcW w:w="4816" w:type="dxa"/>
            <w:vAlign w:val="center"/>
          </w:tcPr>
          <w:p w14:paraId="47E0B1B6" w14:textId="77777777" w:rsidR="00E5436D" w:rsidRDefault="00000000">
            <w:pPr>
              <w:spacing w:after="40"/>
            </w:pPr>
            <w:r>
              <w:t>Jednostka organizacyjna</w:t>
            </w:r>
          </w:p>
        </w:tc>
        <w:tc>
          <w:tcPr>
            <w:tcW w:w="4816" w:type="dxa"/>
            <w:vAlign w:val="center"/>
          </w:tcPr>
          <w:p w14:paraId="120E5D60" w14:textId="77777777" w:rsidR="00E5436D" w:rsidRDefault="00E5436D">
            <w:pPr>
              <w:spacing w:after="40"/>
            </w:pPr>
          </w:p>
        </w:tc>
      </w:tr>
      <w:tr w:rsidR="00E5436D" w14:paraId="5A62D8F7" w14:textId="77777777">
        <w:trPr>
          <w:jc w:val="center"/>
        </w:trPr>
        <w:tc>
          <w:tcPr>
            <w:tcW w:w="4816" w:type="dxa"/>
            <w:vAlign w:val="center"/>
          </w:tcPr>
          <w:p w14:paraId="242DF0FB" w14:textId="77777777" w:rsidR="00E5436D" w:rsidRDefault="00000000">
            <w:pPr>
              <w:spacing w:after="40"/>
            </w:pPr>
            <w:r>
              <w:t>Adres e-mail</w:t>
            </w:r>
          </w:p>
        </w:tc>
        <w:tc>
          <w:tcPr>
            <w:tcW w:w="4816" w:type="dxa"/>
            <w:vAlign w:val="center"/>
          </w:tcPr>
          <w:p w14:paraId="11829A37" w14:textId="77777777" w:rsidR="00E5436D" w:rsidRDefault="00E5436D">
            <w:pPr>
              <w:spacing w:after="40"/>
            </w:pPr>
          </w:p>
        </w:tc>
      </w:tr>
      <w:tr w:rsidR="00E5436D" w14:paraId="03823881" w14:textId="77777777">
        <w:trPr>
          <w:jc w:val="center"/>
        </w:trPr>
        <w:tc>
          <w:tcPr>
            <w:tcW w:w="4816" w:type="dxa"/>
            <w:vAlign w:val="center"/>
          </w:tcPr>
          <w:p w14:paraId="1D2A6349" w14:textId="77777777" w:rsidR="00E5436D" w:rsidRDefault="00000000">
            <w:pPr>
              <w:spacing w:after="40"/>
            </w:pPr>
            <w:r>
              <w:t>Telefon</w:t>
            </w:r>
          </w:p>
        </w:tc>
        <w:tc>
          <w:tcPr>
            <w:tcW w:w="4816" w:type="dxa"/>
            <w:vAlign w:val="center"/>
          </w:tcPr>
          <w:p w14:paraId="7E2F9C0A" w14:textId="77777777" w:rsidR="00E5436D" w:rsidRDefault="00E5436D">
            <w:pPr>
              <w:spacing w:after="40"/>
            </w:pPr>
          </w:p>
        </w:tc>
      </w:tr>
    </w:tbl>
    <w:p w14:paraId="35BE4C8F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Status zawodowy kandydata (zaznaczyć właściwe):</w:t>
      </w:r>
    </w:p>
    <w:p w14:paraId="608BDD6B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Nauczyciel</w:t>
      </w:r>
      <w:proofErr w:type="gramEnd"/>
      <w:r w:rsidRPr="00AD1EDA">
        <w:rPr>
          <w:lang w:val="pl-PL"/>
        </w:rPr>
        <w:t xml:space="preserve"> akademicki Uniwersytetu Rzeszowskiego</w:t>
      </w:r>
    </w:p>
    <w:p w14:paraId="70BA390B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Pracownik</w:t>
      </w:r>
      <w:proofErr w:type="gramEnd"/>
      <w:r w:rsidRPr="00AD1EDA">
        <w:rPr>
          <w:lang w:val="pl-PL"/>
        </w:rPr>
        <w:t xml:space="preserve"> Uniwersytetu Rzeszowskiego niebędący nauczycielem akademickim</w:t>
      </w:r>
    </w:p>
    <w:p w14:paraId="332B5FC5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Kierunek studiów (zaznaczyć jeden): nauczyciel akademicki wskazuje kierunek, na którym prowadzi zajęcia; pracownik niebędący nauczycielem akademickim wskazuje jeden kierunek preferowany.</w:t>
      </w:r>
    </w:p>
    <w:p w14:paraId="2205DD50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Informatyka</w:t>
      </w:r>
      <w:proofErr w:type="gramEnd"/>
      <w:r w:rsidRPr="00AD1EDA">
        <w:rPr>
          <w:lang w:val="pl-PL"/>
        </w:rPr>
        <w:t xml:space="preserve"> i ekonometria</w:t>
      </w:r>
    </w:p>
    <w:p w14:paraId="56080A3F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Odnawialne</w:t>
      </w:r>
      <w:proofErr w:type="gramEnd"/>
      <w:r w:rsidRPr="00AD1EDA">
        <w:rPr>
          <w:lang w:val="pl-PL"/>
        </w:rPr>
        <w:t xml:space="preserve"> źródła energii i gospodarka odpadami</w:t>
      </w:r>
    </w:p>
    <w:p w14:paraId="0D7DF7F8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Biotechnologia</w:t>
      </w:r>
      <w:proofErr w:type="gramEnd"/>
    </w:p>
    <w:p w14:paraId="349E99D8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Biologia</w:t>
      </w:r>
      <w:proofErr w:type="gramEnd"/>
    </w:p>
    <w:p w14:paraId="4380C883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Wychowanie</w:t>
      </w:r>
      <w:proofErr w:type="gramEnd"/>
      <w:r w:rsidRPr="00AD1EDA">
        <w:rPr>
          <w:lang w:val="pl-PL"/>
        </w:rPr>
        <w:t xml:space="preserve"> fizyczne</w:t>
      </w:r>
    </w:p>
    <w:p w14:paraId="3E9929A6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Praca</w:t>
      </w:r>
      <w:proofErr w:type="gramEnd"/>
      <w:r w:rsidRPr="00AD1EDA">
        <w:rPr>
          <w:lang w:val="pl-PL"/>
        </w:rPr>
        <w:t xml:space="preserve"> socjalna</w:t>
      </w:r>
    </w:p>
    <w:p w14:paraId="14DF99E7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Turystyka</w:t>
      </w:r>
      <w:proofErr w:type="gramEnd"/>
      <w:r w:rsidRPr="00AD1EDA">
        <w:rPr>
          <w:lang w:val="pl-PL"/>
        </w:rPr>
        <w:t xml:space="preserve"> i rekreacja</w:t>
      </w:r>
    </w:p>
    <w:p w14:paraId="611FE92A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Ekonomia</w:t>
      </w:r>
      <w:proofErr w:type="gramEnd"/>
    </w:p>
    <w:p w14:paraId="2040DD95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Administracja</w:t>
      </w:r>
      <w:proofErr w:type="gramEnd"/>
    </w:p>
    <w:p w14:paraId="73815120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Pedagogika</w:t>
      </w:r>
      <w:proofErr w:type="gramEnd"/>
    </w:p>
    <w:p w14:paraId="43123B13" w14:textId="7677D7B4" w:rsidR="00E5436D" w:rsidRPr="00AD1EDA" w:rsidRDefault="00000000">
      <w:pPr>
        <w:rPr>
          <w:lang w:val="pl-PL"/>
        </w:rPr>
      </w:pPr>
      <w:r w:rsidRPr="00AD1EDA">
        <w:rPr>
          <w:lang w:val="pl-PL"/>
        </w:rPr>
        <w:t>Komisja może zaproponować pracownikowi nieakademickiemu inny, nieobsadzony kierunek wyłącznie zgodnie z Regulaminem.</w:t>
      </w:r>
    </w:p>
    <w:p w14:paraId="2D712AE2" w14:textId="77777777" w:rsidR="00E5436D" w:rsidRPr="00AD1EDA" w:rsidRDefault="00000000">
      <w:pPr>
        <w:pStyle w:val="Nagwek1"/>
        <w:rPr>
          <w:lang w:val="pl-PL"/>
        </w:rPr>
      </w:pPr>
      <w:r w:rsidRPr="00AD1EDA">
        <w:rPr>
          <w:lang w:val="pl-PL"/>
        </w:rPr>
        <w:t>II. Oświadczenie o spełnieniu kryteriów formalnych</w:t>
      </w:r>
    </w:p>
    <w:p w14:paraId="6986F7EA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Oświadczam, że:</w:t>
      </w:r>
    </w:p>
    <w:p w14:paraId="79E1C7B6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Posiadam</w:t>
      </w:r>
      <w:proofErr w:type="gramEnd"/>
      <w:r w:rsidRPr="00AD1EDA">
        <w:rPr>
          <w:lang w:val="pl-PL"/>
        </w:rPr>
        <w:t xml:space="preserve"> wykształcenie wyższe.</w:t>
      </w:r>
    </w:p>
    <w:p w14:paraId="65B78D0C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Jestem</w:t>
      </w:r>
      <w:proofErr w:type="gramEnd"/>
      <w:r w:rsidRPr="00AD1EDA">
        <w:rPr>
          <w:lang w:val="pl-PL"/>
        </w:rPr>
        <w:t xml:space="preserve"> zatrudniony/-a w Uniwersytecie Rzeszowskim.</w:t>
      </w:r>
    </w:p>
    <w:p w14:paraId="4DAAEFFB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Posiadam</w:t>
      </w:r>
      <w:proofErr w:type="gramEnd"/>
      <w:r w:rsidRPr="00AD1EDA">
        <w:rPr>
          <w:lang w:val="pl-PL"/>
        </w:rPr>
        <w:t xml:space="preserve"> znajomość zagadnień dotyczących wspierania studentów w procesie kształcenia, rozwoju ich kompetencji lub problematyki przedwczesnego kończenia studiów.</w:t>
      </w:r>
    </w:p>
    <w:p w14:paraId="31C55C3B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Wypełniają wyłącznie nauczyciele akademiccy:</w:t>
      </w:r>
    </w:p>
    <w:p w14:paraId="7B701A6C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Prowadzę</w:t>
      </w:r>
      <w:proofErr w:type="gramEnd"/>
      <w:r w:rsidRPr="00AD1EDA">
        <w:rPr>
          <w:lang w:val="pl-PL"/>
        </w:rPr>
        <w:t xml:space="preserve"> zajęcia dydaktyczne na kierunku wskazanym w części I formularza.</w:t>
      </w:r>
    </w:p>
    <w:p w14:paraId="16B29D05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Wypełniają wyłącznie pracownicy niebędący nauczycielami akademickimi:</w:t>
      </w:r>
    </w:p>
    <w:p w14:paraId="5D3E7EFD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Realizuję</w:t>
      </w:r>
      <w:proofErr w:type="gramEnd"/>
      <w:r w:rsidRPr="00AD1EDA">
        <w:rPr>
          <w:lang w:val="pl-PL"/>
        </w:rPr>
        <w:t xml:space="preserve"> działania na rzecz wspierania studentów, w szczególności w zakresie rozwoju kompetencji, doradztwa zawodowego, przygotowania do wejścia na rynek pracy lub przeciwdziałania przedwczesnemu kończeniu studiów.</w:t>
      </w:r>
    </w:p>
    <w:p w14:paraId="419A9643" w14:textId="77777777" w:rsidR="00E5436D" w:rsidRPr="00AD1EDA" w:rsidRDefault="00000000">
      <w:pPr>
        <w:pStyle w:val="Nagwek1"/>
        <w:rPr>
          <w:lang w:val="pl-PL"/>
        </w:rPr>
      </w:pPr>
      <w:r w:rsidRPr="00AD1EDA">
        <w:rPr>
          <w:lang w:val="pl-PL"/>
        </w:rPr>
        <w:lastRenderedPageBreak/>
        <w:t>III. Informacje podlegające ocenie merytorycznej</w:t>
      </w:r>
    </w:p>
    <w:p w14:paraId="628366D3" w14:textId="77777777" w:rsidR="00E5436D" w:rsidRPr="00AD1EDA" w:rsidRDefault="00000000">
      <w:pPr>
        <w:pStyle w:val="Nagwek2"/>
        <w:rPr>
          <w:lang w:val="pl-PL"/>
        </w:rPr>
      </w:pPr>
      <w:r w:rsidRPr="00AD1EDA">
        <w:rPr>
          <w:lang w:val="pl-PL"/>
        </w:rPr>
        <w:t>1. Doświadczenie dydaktyczne w prowadzeniu zajęć ze studentami</w:t>
      </w:r>
    </w:p>
    <w:p w14:paraId="660C885D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Okres doświadczenia dydaktycznego (zaznaczyć właściwe):</w:t>
      </w:r>
    </w:p>
    <w:p w14:paraId="09D83E37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Poniżej</w:t>
      </w:r>
      <w:proofErr w:type="gramEnd"/>
      <w:r w:rsidRPr="00AD1EDA">
        <w:rPr>
          <w:lang w:val="pl-PL"/>
        </w:rPr>
        <w:t xml:space="preserve"> 1 roku lub brak doświadczenia – 0 pkt</w:t>
      </w:r>
    </w:p>
    <w:p w14:paraId="47D78312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1</w:t>
      </w:r>
      <w:proofErr w:type="gramEnd"/>
      <w:r w:rsidRPr="00AD1EDA">
        <w:rPr>
          <w:lang w:val="pl-PL"/>
        </w:rPr>
        <w:t>–2 lata – 5 pkt</w:t>
      </w:r>
    </w:p>
    <w:p w14:paraId="31CC2122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3</w:t>
      </w:r>
      <w:proofErr w:type="gramEnd"/>
      <w:r w:rsidRPr="00AD1EDA">
        <w:rPr>
          <w:lang w:val="pl-PL"/>
        </w:rPr>
        <w:t>–5 lat – 10 pkt</w:t>
      </w:r>
    </w:p>
    <w:p w14:paraId="7F1FD5C9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6</w:t>
      </w:r>
      <w:proofErr w:type="gramEnd"/>
      <w:r w:rsidRPr="00AD1EDA">
        <w:rPr>
          <w:lang w:val="pl-PL"/>
        </w:rPr>
        <w:t xml:space="preserve"> lat i więcej – 15 pkt</w:t>
      </w:r>
    </w:p>
    <w:p w14:paraId="03598851" w14:textId="77777777" w:rsidR="00E5436D" w:rsidRDefault="00000000">
      <w:r>
        <w:t>A. Wypełniają nauczyciele akademiccy: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1"/>
        <w:gridCol w:w="4811"/>
      </w:tblGrid>
      <w:tr w:rsidR="00E5436D" w:rsidRPr="00AD1EDA" w14:paraId="008C8482" w14:textId="77777777">
        <w:trPr>
          <w:jc w:val="center"/>
        </w:trPr>
        <w:tc>
          <w:tcPr>
            <w:tcW w:w="4816" w:type="dxa"/>
            <w:shd w:val="clear" w:color="auto" w:fill="DCE8F4"/>
            <w:vAlign w:val="center"/>
          </w:tcPr>
          <w:p w14:paraId="1CCF4E7D" w14:textId="77777777" w:rsidR="00E5436D" w:rsidRDefault="00000000">
            <w:pPr>
              <w:spacing w:after="40"/>
            </w:pPr>
            <w:r>
              <w:rPr>
                <w:b/>
              </w:rPr>
              <w:t>Nazwa uczelni</w:t>
            </w:r>
          </w:p>
        </w:tc>
        <w:tc>
          <w:tcPr>
            <w:tcW w:w="4816" w:type="dxa"/>
            <w:shd w:val="clear" w:color="auto" w:fill="DCE8F4"/>
            <w:vAlign w:val="center"/>
          </w:tcPr>
          <w:p w14:paraId="5802DAB0" w14:textId="77777777" w:rsidR="00E5436D" w:rsidRPr="00AD1EDA" w:rsidRDefault="00000000">
            <w:pPr>
              <w:spacing w:after="40"/>
              <w:rPr>
                <w:lang w:val="pl-PL"/>
              </w:rPr>
            </w:pPr>
            <w:r w:rsidRPr="00AD1EDA">
              <w:rPr>
                <w:b/>
                <w:lang w:val="pl-PL"/>
              </w:rPr>
              <w:t>Data rozpoczęcia pracy w charakterze nauczyciela akademickiego</w:t>
            </w:r>
          </w:p>
        </w:tc>
      </w:tr>
      <w:tr w:rsidR="00E5436D" w:rsidRPr="00AD1EDA" w14:paraId="76833CE6" w14:textId="77777777">
        <w:trPr>
          <w:jc w:val="center"/>
        </w:trPr>
        <w:tc>
          <w:tcPr>
            <w:tcW w:w="4816" w:type="dxa"/>
            <w:vAlign w:val="center"/>
          </w:tcPr>
          <w:p w14:paraId="29C4184A" w14:textId="77777777" w:rsidR="00E5436D" w:rsidRPr="00AD1EDA" w:rsidRDefault="00E5436D">
            <w:pPr>
              <w:spacing w:after="40"/>
              <w:rPr>
                <w:lang w:val="pl-PL"/>
              </w:rPr>
            </w:pPr>
          </w:p>
        </w:tc>
        <w:tc>
          <w:tcPr>
            <w:tcW w:w="4816" w:type="dxa"/>
            <w:vAlign w:val="center"/>
          </w:tcPr>
          <w:p w14:paraId="62E4970A" w14:textId="77777777" w:rsidR="00E5436D" w:rsidRPr="00AD1EDA" w:rsidRDefault="00E5436D">
            <w:pPr>
              <w:spacing w:after="40"/>
              <w:rPr>
                <w:lang w:val="pl-PL"/>
              </w:rPr>
            </w:pPr>
          </w:p>
        </w:tc>
      </w:tr>
      <w:tr w:rsidR="00E5436D" w:rsidRPr="00AD1EDA" w14:paraId="0F5CD3D5" w14:textId="77777777">
        <w:trPr>
          <w:jc w:val="center"/>
        </w:trPr>
        <w:tc>
          <w:tcPr>
            <w:tcW w:w="4816" w:type="dxa"/>
            <w:vAlign w:val="center"/>
          </w:tcPr>
          <w:p w14:paraId="23C4390B" w14:textId="77777777" w:rsidR="00E5436D" w:rsidRPr="00AD1EDA" w:rsidRDefault="00E5436D">
            <w:pPr>
              <w:spacing w:after="40"/>
              <w:rPr>
                <w:lang w:val="pl-PL"/>
              </w:rPr>
            </w:pPr>
          </w:p>
        </w:tc>
        <w:tc>
          <w:tcPr>
            <w:tcW w:w="4816" w:type="dxa"/>
            <w:vAlign w:val="center"/>
          </w:tcPr>
          <w:p w14:paraId="39CD2DA5" w14:textId="77777777" w:rsidR="00E5436D" w:rsidRPr="00AD1EDA" w:rsidRDefault="00E5436D">
            <w:pPr>
              <w:spacing w:after="40"/>
              <w:rPr>
                <w:lang w:val="pl-PL"/>
              </w:rPr>
            </w:pPr>
          </w:p>
        </w:tc>
      </w:tr>
      <w:tr w:rsidR="00E5436D" w:rsidRPr="00AD1EDA" w14:paraId="7A8DC7FB" w14:textId="77777777">
        <w:trPr>
          <w:jc w:val="center"/>
        </w:trPr>
        <w:tc>
          <w:tcPr>
            <w:tcW w:w="4816" w:type="dxa"/>
            <w:vAlign w:val="center"/>
          </w:tcPr>
          <w:p w14:paraId="77375164" w14:textId="77777777" w:rsidR="00E5436D" w:rsidRPr="00AD1EDA" w:rsidRDefault="00E5436D">
            <w:pPr>
              <w:spacing w:after="40"/>
              <w:rPr>
                <w:lang w:val="pl-PL"/>
              </w:rPr>
            </w:pPr>
          </w:p>
        </w:tc>
        <w:tc>
          <w:tcPr>
            <w:tcW w:w="4816" w:type="dxa"/>
            <w:vAlign w:val="center"/>
          </w:tcPr>
          <w:p w14:paraId="203A6051" w14:textId="77777777" w:rsidR="00E5436D" w:rsidRPr="00AD1EDA" w:rsidRDefault="00E5436D">
            <w:pPr>
              <w:spacing w:after="40"/>
              <w:rPr>
                <w:lang w:val="pl-PL"/>
              </w:rPr>
            </w:pPr>
          </w:p>
        </w:tc>
      </w:tr>
    </w:tbl>
    <w:p w14:paraId="2C3DF01B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B. Wypełniają pracownicy niebędący nauczycielami akademickimi: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1"/>
        <w:gridCol w:w="4811"/>
      </w:tblGrid>
      <w:tr w:rsidR="00E5436D" w14:paraId="6ECA3633" w14:textId="77777777">
        <w:trPr>
          <w:jc w:val="center"/>
        </w:trPr>
        <w:tc>
          <w:tcPr>
            <w:tcW w:w="4816" w:type="dxa"/>
            <w:shd w:val="clear" w:color="auto" w:fill="DCE8F4"/>
            <w:vAlign w:val="center"/>
          </w:tcPr>
          <w:p w14:paraId="5F310277" w14:textId="77777777" w:rsidR="00E5436D" w:rsidRPr="00AD1EDA" w:rsidRDefault="00000000">
            <w:pPr>
              <w:spacing w:after="40"/>
              <w:rPr>
                <w:lang w:val="pl-PL"/>
              </w:rPr>
            </w:pPr>
            <w:r w:rsidRPr="00AD1EDA">
              <w:rPr>
                <w:b/>
                <w:lang w:val="pl-PL"/>
              </w:rPr>
              <w:t>Rodzaj prowadzonych zajęć lub warsztatów dla studentów</w:t>
            </w:r>
          </w:p>
        </w:tc>
        <w:tc>
          <w:tcPr>
            <w:tcW w:w="4816" w:type="dxa"/>
            <w:shd w:val="clear" w:color="auto" w:fill="DCE8F4"/>
            <w:vAlign w:val="center"/>
          </w:tcPr>
          <w:p w14:paraId="76387415" w14:textId="77777777" w:rsidR="00E5436D" w:rsidRDefault="00000000">
            <w:pPr>
              <w:spacing w:after="40"/>
            </w:pPr>
            <w:r>
              <w:rPr>
                <w:b/>
              </w:rPr>
              <w:t xml:space="preserve">Data </w:t>
            </w:r>
            <w:proofErr w:type="spellStart"/>
            <w:r>
              <w:rPr>
                <w:b/>
              </w:rPr>
              <w:t>rozpoczęcia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prowadzenia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zajęć</w:t>
            </w:r>
            <w:proofErr w:type="spellEnd"/>
          </w:p>
        </w:tc>
      </w:tr>
      <w:tr w:rsidR="00E5436D" w14:paraId="6E8D4965" w14:textId="77777777">
        <w:trPr>
          <w:jc w:val="center"/>
        </w:trPr>
        <w:tc>
          <w:tcPr>
            <w:tcW w:w="4816" w:type="dxa"/>
            <w:vAlign w:val="center"/>
          </w:tcPr>
          <w:p w14:paraId="5E8E2402" w14:textId="77777777" w:rsidR="00E5436D" w:rsidRDefault="00E5436D">
            <w:pPr>
              <w:spacing w:after="40"/>
            </w:pPr>
          </w:p>
        </w:tc>
        <w:tc>
          <w:tcPr>
            <w:tcW w:w="4816" w:type="dxa"/>
            <w:vAlign w:val="center"/>
          </w:tcPr>
          <w:p w14:paraId="0E0846B5" w14:textId="77777777" w:rsidR="00E5436D" w:rsidRDefault="00E5436D">
            <w:pPr>
              <w:spacing w:after="40"/>
            </w:pPr>
          </w:p>
        </w:tc>
      </w:tr>
      <w:tr w:rsidR="00E5436D" w14:paraId="49079FB9" w14:textId="77777777">
        <w:trPr>
          <w:jc w:val="center"/>
        </w:trPr>
        <w:tc>
          <w:tcPr>
            <w:tcW w:w="4816" w:type="dxa"/>
            <w:vAlign w:val="center"/>
          </w:tcPr>
          <w:p w14:paraId="3D459802" w14:textId="77777777" w:rsidR="00E5436D" w:rsidRDefault="00E5436D">
            <w:pPr>
              <w:spacing w:after="40"/>
            </w:pPr>
          </w:p>
        </w:tc>
        <w:tc>
          <w:tcPr>
            <w:tcW w:w="4816" w:type="dxa"/>
            <w:vAlign w:val="center"/>
          </w:tcPr>
          <w:p w14:paraId="31E5695B" w14:textId="77777777" w:rsidR="00E5436D" w:rsidRDefault="00E5436D">
            <w:pPr>
              <w:spacing w:after="40"/>
            </w:pPr>
          </w:p>
        </w:tc>
      </w:tr>
      <w:tr w:rsidR="00E5436D" w14:paraId="12BBFF37" w14:textId="77777777">
        <w:trPr>
          <w:jc w:val="center"/>
        </w:trPr>
        <w:tc>
          <w:tcPr>
            <w:tcW w:w="4816" w:type="dxa"/>
            <w:vAlign w:val="center"/>
          </w:tcPr>
          <w:p w14:paraId="448769FA" w14:textId="77777777" w:rsidR="00E5436D" w:rsidRDefault="00E5436D">
            <w:pPr>
              <w:spacing w:after="40"/>
            </w:pPr>
          </w:p>
        </w:tc>
        <w:tc>
          <w:tcPr>
            <w:tcW w:w="4816" w:type="dxa"/>
            <w:vAlign w:val="center"/>
          </w:tcPr>
          <w:p w14:paraId="19F979A2" w14:textId="77777777" w:rsidR="00E5436D" w:rsidRDefault="00E5436D">
            <w:pPr>
              <w:spacing w:after="40"/>
            </w:pPr>
          </w:p>
        </w:tc>
      </w:tr>
    </w:tbl>
    <w:p w14:paraId="513A9FC5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Punktowany jest rzeczywisty okres prowadzenia zajęć ze studentami. Okresów nakładających się nie sumuje się wielokrotnie.</w:t>
      </w:r>
    </w:p>
    <w:p w14:paraId="51102AA6" w14:textId="77777777" w:rsidR="00E5436D" w:rsidRPr="00AD1EDA" w:rsidRDefault="00000000">
      <w:pPr>
        <w:pStyle w:val="Nagwek2"/>
        <w:rPr>
          <w:lang w:val="pl-PL"/>
        </w:rPr>
      </w:pPr>
      <w:r w:rsidRPr="00AD1EDA">
        <w:rPr>
          <w:lang w:val="pl-PL"/>
        </w:rPr>
        <w:t>2. Aktywność na rzecz doskonalenia jakości kształcenia lub wspierania studentów</w:t>
      </w:r>
    </w:p>
    <w:p w14:paraId="7440F339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Liczba odrębnych działań (zaznaczyć właściwe):</w:t>
      </w:r>
    </w:p>
    <w:p w14:paraId="7ABFD880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Brak</w:t>
      </w:r>
      <w:proofErr w:type="gramEnd"/>
      <w:r w:rsidRPr="00AD1EDA">
        <w:rPr>
          <w:lang w:val="pl-PL"/>
        </w:rPr>
        <w:t xml:space="preserve"> działań – 0 pkt</w:t>
      </w:r>
    </w:p>
    <w:p w14:paraId="2CE19E03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1</w:t>
      </w:r>
      <w:proofErr w:type="gramEnd"/>
      <w:r w:rsidRPr="00AD1EDA">
        <w:rPr>
          <w:lang w:val="pl-PL"/>
        </w:rPr>
        <w:t>–2 działania – 5 pkt</w:t>
      </w:r>
    </w:p>
    <w:p w14:paraId="6677A823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3</w:t>
      </w:r>
      <w:proofErr w:type="gramEnd"/>
      <w:r w:rsidRPr="00AD1EDA">
        <w:rPr>
          <w:lang w:val="pl-PL"/>
        </w:rPr>
        <w:t>–5 działań – 10 pkt</w:t>
      </w:r>
    </w:p>
    <w:p w14:paraId="177A38C2" w14:textId="77777777" w:rsidR="00E5436D" w:rsidRDefault="00000000">
      <w:proofErr w:type="gramStart"/>
      <w:r>
        <w:t>☐  6</w:t>
      </w:r>
      <w:proofErr w:type="gram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więcej</w:t>
      </w:r>
      <w:proofErr w:type="spellEnd"/>
      <w:r>
        <w:t xml:space="preserve"> działań – 15 pkt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06"/>
        <w:gridCol w:w="3208"/>
        <w:gridCol w:w="3208"/>
      </w:tblGrid>
      <w:tr w:rsidR="00E5436D" w14:paraId="73D1C0CF" w14:textId="77777777">
        <w:trPr>
          <w:jc w:val="center"/>
        </w:trPr>
        <w:tc>
          <w:tcPr>
            <w:tcW w:w="3211" w:type="dxa"/>
            <w:shd w:val="clear" w:color="auto" w:fill="DCE8F4"/>
            <w:vAlign w:val="center"/>
          </w:tcPr>
          <w:p w14:paraId="46E02F7C" w14:textId="77777777" w:rsidR="00E5436D" w:rsidRDefault="00000000">
            <w:pPr>
              <w:spacing w:after="40"/>
            </w:pPr>
            <w:r>
              <w:rPr>
                <w:b/>
              </w:rPr>
              <w:t>Lp.</w:t>
            </w:r>
          </w:p>
        </w:tc>
        <w:tc>
          <w:tcPr>
            <w:tcW w:w="3211" w:type="dxa"/>
            <w:shd w:val="clear" w:color="auto" w:fill="DCE8F4"/>
            <w:vAlign w:val="center"/>
          </w:tcPr>
          <w:p w14:paraId="218A8D0D" w14:textId="77777777" w:rsidR="00E5436D" w:rsidRDefault="00000000">
            <w:pPr>
              <w:spacing w:after="40"/>
            </w:pPr>
            <w:r>
              <w:rPr>
                <w:b/>
              </w:rPr>
              <w:t>Rodzaj aktywności</w:t>
            </w:r>
          </w:p>
        </w:tc>
        <w:tc>
          <w:tcPr>
            <w:tcW w:w="3211" w:type="dxa"/>
            <w:shd w:val="clear" w:color="auto" w:fill="DCE8F4"/>
            <w:vAlign w:val="center"/>
          </w:tcPr>
          <w:p w14:paraId="5B51FFDE" w14:textId="77777777" w:rsidR="00E5436D" w:rsidRDefault="00000000">
            <w:pPr>
              <w:spacing w:after="40"/>
            </w:pPr>
            <w:r>
              <w:rPr>
                <w:b/>
              </w:rPr>
              <w:t>Charakter zaangażowania</w:t>
            </w:r>
          </w:p>
        </w:tc>
      </w:tr>
      <w:tr w:rsidR="00E5436D" w14:paraId="6C2B6851" w14:textId="77777777">
        <w:trPr>
          <w:jc w:val="center"/>
        </w:trPr>
        <w:tc>
          <w:tcPr>
            <w:tcW w:w="3211" w:type="dxa"/>
            <w:vAlign w:val="center"/>
          </w:tcPr>
          <w:p w14:paraId="50DECB3F" w14:textId="77777777" w:rsidR="00E5436D" w:rsidRDefault="00000000">
            <w:pPr>
              <w:spacing w:after="40"/>
            </w:pPr>
            <w:r>
              <w:t>1.</w:t>
            </w:r>
          </w:p>
        </w:tc>
        <w:tc>
          <w:tcPr>
            <w:tcW w:w="3211" w:type="dxa"/>
            <w:vAlign w:val="center"/>
          </w:tcPr>
          <w:p w14:paraId="0E280815" w14:textId="77777777" w:rsidR="00E5436D" w:rsidRDefault="00E5436D">
            <w:pPr>
              <w:spacing w:after="40"/>
            </w:pPr>
          </w:p>
        </w:tc>
        <w:tc>
          <w:tcPr>
            <w:tcW w:w="3211" w:type="dxa"/>
            <w:vAlign w:val="center"/>
          </w:tcPr>
          <w:p w14:paraId="30CAB917" w14:textId="77777777" w:rsidR="00E5436D" w:rsidRDefault="00E5436D">
            <w:pPr>
              <w:spacing w:after="40"/>
            </w:pPr>
          </w:p>
        </w:tc>
      </w:tr>
      <w:tr w:rsidR="00E5436D" w14:paraId="24096BCC" w14:textId="77777777">
        <w:trPr>
          <w:jc w:val="center"/>
        </w:trPr>
        <w:tc>
          <w:tcPr>
            <w:tcW w:w="3211" w:type="dxa"/>
            <w:vAlign w:val="center"/>
          </w:tcPr>
          <w:p w14:paraId="584DD7C5" w14:textId="77777777" w:rsidR="00E5436D" w:rsidRDefault="00000000">
            <w:pPr>
              <w:spacing w:after="40"/>
            </w:pPr>
            <w:r>
              <w:t>2.</w:t>
            </w:r>
          </w:p>
        </w:tc>
        <w:tc>
          <w:tcPr>
            <w:tcW w:w="3211" w:type="dxa"/>
            <w:vAlign w:val="center"/>
          </w:tcPr>
          <w:p w14:paraId="3D5B9395" w14:textId="77777777" w:rsidR="00E5436D" w:rsidRDefault="00E5436D">
            <w:pPr>
              <w:spacing w:after="40"/>
            </w:pPr>
          </w:p>
        </w:tc>
        <w:tc>
          <w:tcPr>
            <w:tcW w:w="3211" w:type="dxa"/>
            <w:vAlign w:val="center"/>
          </w:tcPr>
          <w:p w14:paraId="7D398DFF" w14:textId="77777777" w:rsidR="00E5436D" w:rsidRDefault="00E5436D">
            <w:pPr>
              <w:spacing w:after="40"/>
            </w:pPr>
          </w:p>
        </w:tc>
      </w:tr>
      <w:tr w:rsidR="00E5436D" w14:paraId="03C70095" w14:textId="77777777">
        <w:trPr>
          <w:jc w:val="center"/>
        </w:trPr>
        <w:tc>
          <w:tcPr>
            <w:tcW w:w="3211" w:type="dxa"/>
            <w:vAlign w:val="center"/>
          </w:tcPr>
          <w:p w14:paraId="187923D7" w14:textId="77777777" w:rsidR="00E5436D" w:rsidRDefault="00000000">
            <w:pPr>
              <w:spacing w:after="40"/>
            </w:pPr>
            <w:r>
              <w:t>3.</w:t>
            </w:r>
          </w:p>
        </w:tc>
        <w:tc>
          <w:tcPr>
            <w:tcW w:w="3211" w:type="dxa"/>
            <w:vAlign w:val="center"/>
          </w:tcPr>
          <w:p w14:paraId="7A60A174" w14:textId="77777777" w:rsidR="00E5436D" w:rsidRDefault="00E5436D">
            <w:pPr>
              <w:spacing w:after="40"/>
            </w:pPr>
          </w:p>
        </w:tc>
        <w:tc>
          <w:tcPr>
            <w:tcW w:w="3211" w:type="dxa"/>
            <w:vAlign w:val="center"/>
          </w:tcPr>
          <w:p w14:paraId="681EE1BD" w14:textId="77777777" w:rsidR="00E5436D" w:rsidRDefault="00E5436D">
            <w:pPr>
              <w:spacing w:after="40"/>
            </w:pPr>
          </w:p>
        </w:tc>
      </w:tr>
      <w:tr w:rsidR="00E5436D" w14:paraId="272E8DDA" w14:textId="77777777">
        <w:trPr>
          <w:jc w:val="center"/>
        </w:trPr>
        <w:tc>
          <w:tcPr>
            <w:tcW w:w="3211" w:type="dxa"/>
            <w:vAlign w:val="center"/>
          </w:tcPr>
          <w:p w14:paraId="046DFD58" w14:textId="77777777" w:rsidR="00E5436D" w:rsidRDefault="00000000">
            <w:pPr>
              <w:spacing w:after="40"/>
            </w:pPr>
            <w:r>
              <w:t>4.</w:t>
            </w:r>
          </w:p>
        </w:tc>
        <w:tc>
          <w:tcPr>
            <w:tcW w:w="3211" w:type="dxa"/>
            <w:vAlign w:val="center"/>
          </w:tcPr>
          <w:p w14:paraId="0A9CC8B4" w14:textId="77777777" w:rsidR="00E5436D" w:rsidRDefault="00E5436D">
            <w:pPr>
              <w:spacing w:after="40"/>
            </w:pPr>
          </w:p>
        </w:tc>
        <w:tc>
          <w:tcPr>
            <w:tcW w:w="3211" w:type="dxa"/>
            <w:vAlign w:val="center"/>
          </w:tcPr>
          <w:p w14:paraId="3BCC498E" w14:textId="77777777" w:rsidR="00E5436D" w:rsidRDefault="00E5436D">
            <w:pPr>
              <w:spacing w:after="40"/>
            </w:pPr>
          </w:p>
        </w:tc>
      </w:tr>
      <w:tr w:rsidR="00E5436D" w14:paraId="206C17A8" w14:textId="77777777">
        <w:trPr>
          <w:jc w:val="center"/>
        </w:trPr>
        <w:tc>
          <w:tcPr>
            <w:tcW w:w="3211" w:type="dxa"/>
            <w:vAlign w:val="center"/>
          </w:tcPr>
          <w:p w14:paraId="40049FB0" w14:textId="77777777" w:rsidR="00E5436D" w:rsidRDefault="00000000">
            <w:pPr>
              <w:spacing w:after="40"/>
            </w:pPr>
            <w:r>
              <w:t>5.</w:t>
            </w:r>
          </w:p>
        </w:tc>
        <w:tc>
          <w:tcPr>
            <w:tcW w:w="3211" w:type="dxa"/>
            <w:vAlign w:val="center"/>
          </w:tcPr>
          <w:p w14:paraId="0C6F0552" w14:textId="77777777" w:rsidR="00E5436D" w:rsidRDefault="00E5436D">
            <w:pPr>
              <w:spacing w:after="40"/>
            </w:pPr>
          </w:p>
        </w:tc>
        <w:tc>
          <w:tcPr>
            <w:tcW w:w="3211" w:type="dxa"/>
            <w:vAlign w:val="center"/>
          </w:tcPr>
          <w:p w14:paraId="1A2BE139" w14:textId="77777777" w:rsidR="00E5436D" w:rsidRDefault="00E5436D">
            <w:pPr>
              <w:spacing w:after="40"/>
            </w:pPr>
          </w:p>
        </w:tc>
      </w:tr>
      <w:tr w:rsidR="00E5436D" w14:paraId="46AED928" w14:textId="77777777">
        <w:trPr>
          <w:jc w:val="center"/>
        </w:trPr>
        <w:tc>
          <w:tcPr>
            <w:tcW w:w="3211" w:type="dxa"/>
            <w:vAlign w:val="center"/>
          </w:tcPr>
          <w:p w14:paraId="6DD45A9A" w14:textId="77777777" w:rsidR="00E5436D" w:rsidRDefault="00000000">
            <w:pPr>
              <w:spacing w:after="40"/>
            </w:pPr>
            <w:r>
              <w:t>6.</w:t>
            </w:r>
          </w:p>
        </w:tc>
        <w:tc>
          <w:tcPr>
            <w:tcW w:w="3211" w:type="dxa"/>
            <w:vAlign w:val="center"/>
          </w:tcPr>
          <w:p w14:paraId="06A4A63B" w14:textId="77777777" w:rsidR="00E5436D" w:rsidRDefault="00E5436D">
            <w:pPr>
              <w:spacing w:after="40"/>
            </w:pPr>
          </w:p>
        </w:tc>
        <w:tc>
          <w:tcPr>
            <w:tcW w:w="3211" w:type="dxa"/>
            <w:vAlign w:val="center"/>
          </w:tcPr>
          <w:p w14:paraId="7589E8A4" w14:textId="77777777" w:rsidR="00E5436D" w:rsidRDefault="00E5436D">
            <w:pPr>
              <w:spacing w:after="40"/>
            </w:pPr>
          </w:p>
        </w:tc>
      </w:tr>
      <w:tr w:rsidR="00E5436D" w14:paraId="6485C310" w14:textId="77777777">
        <w:trPr>
          <w:jc w:val="center"/>
        </w:trPr>
        <w:tc>
          <w:tcPr>
            <w:tcW w:w="3211" w:type="dxa"/>
            <w:vAlign w:val="center"/>
          </w:tcPr>
          <w:p w14:paraId="3CCDBDDB" w14:textId="77777777" w:rsidR="00E5436D" w:rsidRDefault="00000000">
            <w:pPr>
              <w:spacing w:after="40"/>
            </w:pPr>
            <w:r>
              <w:t>7.</w:t>
            </w:r>
          </w:p>
        </w:tc>
        <w:tc>
          <w:tcPr>
            <w:tcW w:w="3211" w:type="dxa"/>
            <w:vAlign w:val="center"/>
          </w:tcPr>
          <w:p w14:paraId="3BF94ABC" w14:textId="77777777" w:rsidR="00E5436D" w:rsidRDefault="00E5436D">
            <w:pPr>
              <w:spacing w:after="40"/>
            </w:pPr>
          </w:p>
        </w:tc>
        <w:tc>
          <w:tcPr>
            <w:tcW w:w="3211" w:type="dxa"/>
            <w:vAlign w:val="center"/>
          </w:tcPr>
          <w:p w14:paraId="65B4CF68" w14:textId="77777777" w:rsidR="00E5436D" w:rsidRDefault="00E5436D">
            <w:pPr>
              <w:spacing w:after="40"/>
            </w:pPr>
          </w:p>
        </w:tc>
      </w:tr>
    </w:tbl>
    <w:p w14:paraId="7A99276F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Każda odrębna aktywność może być uwzględniona tylko raz. W razie potrzeby można dodać wiersze. Komisja może zażądać dokumentów potwierdzających doświadczenie lub aktywność.</w:t>
      </w:r>
    </w:p>
    <w:p w14:paraId="608AB95F" w14:textId="77777777" w:rsidR="00E5436D" w:rsidRPr="00AD1EDA" w:rsidRDefault="00000000">
      <w:pPr>
        <w:pStyle w:val="Nagwek1"/>
        <w:rPr>
          <w:lang w:val="pl-PL"/>
        </w:rPr>
      </w:pPr>
      <w:r w:rsidRPr="00AD1EDA">
        <w:rPr>
          <w:lang w:val="pl-PL"/>
        </w:rPr>
        <w:t>IV. Oświadczenia</w:t>
      </w:r>
    </w:p>
    <w:p w14:paraId="44F648A7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Zapoznałem</w:t>
      </w:r>
      <w:proofErr w:type="gramEnd"/>
      <w:r w:rsidRPr="00AD1EDA">
        <w:rPr>
          <w:lang w:val="pl-PL"/>
        </w:rPr>
        <w:t>/-</w:t>
      </w:r>
      <w:proofErr w:type="spellStart"/>
      <w:r w:rsidRPr="00AD1EDA">
        <w:rPr>
          <w:lang w:val="pl-PL"/>
        </w:rPr>
        <w:t>am</w:t>
      </w:r>
      <w:proofErr w:type="spellEnd"/>
      <w:r w:rsidRPr="00AD1EDA">
        <w:rPr>
          <w:lang w:val="pl-PL"/>
        </w:rPr>
        <w:t xml:space="preserve"> się z Regulaminem naboru na funkcję Trenera Lokalnego i akceptuję określone w nim zasady.</w:t>
      </w:r>
    </w:p>
    <w:p w14:paraId="374E1206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Informacje</w:t>
      </w:r>
      <w:proofErr w:type="gramEnd"/>
      <w:r w:rsidRPr="00AD1EDA">
        <w:rPr>
          <w:lang w:val="pl-PL"/>
        </w:rPr>
        <w:t xml:space="preserve"> zawarte w formularzu są zgodne z prawdą.</w:t>
      </w:r>
    </w:p>
    <w:p w14:paraId="49164479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Deklaruję</w:t>
      </w:r>
      <w:proofErr w:type="gramEnd"/>
      <w:r w:rsidRPr="00AD1EDA">
        <w:rPr>
          <w:lang w:val="pl-PL"/>
        </w:rPr>
        <w:t xml:space="preserve"> gotowość do udziału w szkoleniach oraz realizacji zadań Trenera Lokalnego, w tym prowadzenia warsztatów dla studentów.</w:t>
      </w:r>
    </w:p>
    <w:p w14:paraId="764DBD0E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Zapoznałem</w:t>
      </w:r>
      <w:proofErr w:type="gramEnd"/>
      <w:r w:rsidRPr="00AD1EDA">
        <w:rPr>
          <w:lang w:val="pl-PL"/>
        </w:rPr>
        <w:t>/-</w:t>
      </w:r>
      <w:proofErr w:type="spellStart"/>
      <w:r w:rsidRPr="00AD1EDA">
        <w:rPr>
          <w:lang w:val="pl-PL"/>
        </w:rPr>
        <w:t>am</w:t>
      </w:r>
      <w:proofErr w:type="spellEnd"/>
      <w:r w:rsidRPr="00AD1EDA">
        <w:rPr>
          <w:lang w:val="pl-PL"/>
        </w:rPr>
        <w:t xml:space="preserve"> się z klauzulą informacyjną dotyczącą przetwarzania danych osobowych, stanowiącą Załącznik nr 2 do Regulaminu.</w:t>
      </w:r>
    </w:p>
    <w:p w14:paraId="1F5ABFE5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Miejscowość i data: ..............................................................</w:t>
      </w:r>
    </w:p>
    <w:p w14:paraId="778066C4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Podpis kandydata: ..................................................................</w:t>
      </w:r>
    </w:p>
    <w:p w14:paraId="13F35E59" w14:textId="77777777" w:rsidR="00E5436D" w:rsidRPr="00AD1EDA" w:rsidRDefault="00000000">
      <w:pPr>
        <w:pStyle w:val="Nagwek1"/>
        <w:rPr>
          <w:lang w:val="pl-PL"/>
        </w:rPr>
      </w:pPr>
      <w:r w:rsidRPr="00AD1EDA">
        <w:rPr>
          <w:lang w:val="pl-PL"/>
        </w:rPr>
        <w:lastRenderedPageBreak/>
        <w:t>V. Wypełnia Komisja Rekrutacyjna</w:t>
      </w:r>
    </w:p>
    <w:p w14:paraId="7A773A98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Ocena formalna:</w:t>
      </w:r>
    </w:p>
    <w:p w14:paraId="4B0FD73F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Kandydat</w:t>
      </w:r>
      <w:proofErr w:type="gramEnd"/>
      <w:r w:rsidRPr="00AD1EDA">
        <w:rPr>
          <w:lang w:val="pl-PL"/>
        </w:rPr>
        <w:t xml:space="preserve"> spełnia wymagania formalne</w:t>
      </w:r>
    </w:p>
    <w:p w14:paraId="39C179CF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Kandydat</w:t>
      </w:r>
      <w:proofErr w:type="gramEnd"/>
      <w:r w:rsidRPr="00AD1EDA">
        <w:rPr>
          <w:lang w:val="pl-PL"/>
        </w:rPr>
        <w:t xml:space="preserve"> nie spełnia wymagań formalnych</w:t>
      </w:r>
    </w:p>
    <w:p w14:paraId="4E6ABF95" w14:textId="77777777" w:rsidR="00E5436D" w:rsidRDefault="00000000">
      <w:proofErr w:type="spellStart"/>
      <w:r>
        <w:t>Uzasadnienie</w:t>
      </w:r>
      <w:proofErr w:type="spellEnd"/>
      <w:r>
        <w:t xml:space="preserve"> </w:t>
      </w:r>
      <w:proofErr w:type="spellStart"/>
      <w:r>
        <w:t>ewentualnego</w:t>
      </w:r>
      <w:proofErr w:type="spellEnd"/>
      <w:r>
        <w:t xml:space="preserve"> </w:t>
      </w:r>
      <w:proofErr w:type="spellStart"/>
      <w:r>
        <w:t>niespełnienia</w:t>
      </w:r>
      <w:proofErr w:type="spellEnd"/>
      <w:r>
        <w:t xml:space="preserve"> </w:t>
      </w:r>
      <w:proofErr w:type="spellStart"/>
      <w:r>
        <w:t>wymagań</w:t>
      </w:r>
      <w:proofErr w:type="spellEnd"/>
      <w:r>
        <w:t>: ................................................................................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1"/>
        <w:gridCol w:w="4811"/>
      </w:tblGrid>
      <w:tr w:rsidR="00E5436D" w14:paraId="0BC7A872" w14:textId="77777777">
        <w:trPr>
          <w:jc w:val="center"/>
        </w:trPr>
        <w:tc>
          <w:tcPr>
            <w:tcW w:w="4816" w:type="dxa"/>
            <w:shd w:val="clear" w:color="auto" w:fill="DCE8F4"/>
            <w:vAlign w:val="center"/>
          </w:tcPr>
          <w:p w14:paraId="7044989C" w14:textId="77777777" w:rsidR="00E5436D" w:rsidRDefault="00000000">
            <w:pPr>
              <w:spacing w:after="40"/>
            </w:pPr>
            <w:r>
              <w:rPr>
                <w:b/>
              </w:rPr>
              <w:t>Kryterium</w:t>
            </w:r>
          </w:p>
        </w:tc>
        <w:tc>
          <w:tcPr>
            <w:tcW w:w="4816" w:type="dxa"/>
            <w:shd w:val="clear" w:color="auto" w:fill="DCE8F4"/>
            <w:vAlign w:val="center"/>
          </w:tcPr>
          <w:p w14:paraId="129F7E94" w14:textId="77777777" w:rsidR="00E5436D" w:rsidRDefault="00000000">
            <w:pPr>
              <w:spacing w:after="40"/>
            </w:pPr>
            <w:r>
              <w:rPr>
                <w:b/>
              </w:rPr>
              <w:t>Przyznane punkty</w:t>
            </w:r>
          </w:p>
        </w:tc>
      </w:tr>
      <w:tr w:rsidR="00E5436D" w:rsidRPr="00AD1EDA" w14:paraId="009AF30F" w14:textId="77777777">
        <w:trPr>
          <w:jc w:val="center"/>
        </w:trPr>
        <w:tc>
          <w:tcPr>
            <w:tcW w:w="4816" w:type="dxa"/>
            <w:vAlign w:val="center"/>
          </w:tcPr>
          <w:p w14:paraId="0595C521" w14:textId="77777777" w:rsidR="00E5436D" w:rsidRPr="00AD1EDA" w:rsidRDefault="00000000">
            <w:pPr>
              <w:spacing w:after="40"/>
              <w:rPr>
                <w:lang w:val="pl-PL"/>
              </w:rPr>
            </w:pPr>
            <w:r w:rsidRPr="00AD1EDA">
              <w:rPr>
                <w:lang w:val="pl-PL"/>
              </w:rPr>
              <w:t>Doświadczenie dydaktyczne w prowadzeniu zajęć ze studentami (0–15 pkt)</w:t>
            </w:r>
          </w:p>
        </w:tc>
        <w:tc>
          <w:tcPr>
            <w:tcW w:w="4816" w:type="dxa"/>
            <w:vAlign w:val="center"/>
          </w:tcPr>
          <w:p w14:paraId="5DB840CD" w14:textId="77777777" w:rsidR="00E5436D" w:rsidRPr="00AD1EDA" w:rsidRDefault="00E5436D">
            <w:pPr>
              <w:spacing w:after="40"/>
              <w:rPr>
                <w:lang w:val="pl-PL"/>
              </w:rPr>
            </w:pPr>
          </w:p>
        </w:tc>
      </w:tr>
      <w:tr w:rsidR="00E5436D" w:rsidRPr="00AD1EDA" w14:paraId="06B6CB3D" w14:textId="77777777">
        <w:trPr>
          <w:jc w:val="center"/>
        </w:trPr>
        <w:tc>
          <w:tcPr>
            <w:tcW w:w="4816" w:type="dxa"/>
            <w:vAlign w:val="center"/>
          </w:tcPr>
          <w:p w14:paraId="536B4038" w14:textId="77777777" w:rsidR="00E5436D" w:rsidRPr="00AD1EDA" w:rsidRDefault="00000000">
            <w:pPr>
              <w:spacing w:after="40"/>
              <w:rPr>
                <w:lang w:val="pl-PL"/>
              </w:rPr>
            </w:pPr>
            <w:r w:rsidRPr="00AD1EDA">
              <w:rPr>
                <w:lang w:val="pl-PL"/>
              </w:rPr>
              <w:t>Aktywność na rzecz doskonalenia jakości kształcenia lub wspierania studentów (0–15 pkt)</w:t>
            </w:r>
          </w:p>
        </w:tc>
        <w:tc>
          <w:tcPr>
            <w:tcW w:w="4816" w:type="dxa"/>
            <w:vAlign w:val="center"/>
          </w:tcPr>
          <w:p w14:paraId="548B7FE8" w14:textId="77777777" w:rsidR="00E5436D" w:rsidRPr="00AD1EDA" w:rsidRDefault="00E5436D">
            <w:pPr>
              <w:spacing w:after="40"/>
              <w:rPr>
                <w:lang w:val="pl-PL"/>
              </w:rPr>
            </w:pPr>
          </w:p>
        </w:tc>
      </w:tr>
      <w:tr w:rsidR="00E5436D" w14:paraId="1C6A8495" w14:textId="77777777">
        <w:trPr>
          <w:jc w:val="center"/>
        </w:trPr>
        <w:tc>
          <w:tcPr>
            <w:tcW w:w="4816" w:type="dxa"/>
            <w:vAlign w:val="center"/>
          </w:tcPr>
          <w:p w14:paraId="2D9FA27A" w14:textId="77777777" w:rsidR="00E5436D" w:rsidRDefault="00000000">
            <w:pPr>
              <w:spacing w:after="40"/>
            </w:pPr>
            <w:proofErr w:type="spellStart"/>
            <w:r>
              <w:t>Łączna</w:t>
            </w:r>
            <w:proofErr w:type="spellEnd"/>
            <w:r>
              <w:t xml:space="preserve"> </w:t>
            </w:r>
            <w:proofErr w:type="spellStart"/>
            <w:r>
              <w:t>liczba</w:t>
            </w:r>
            <w:proofErr w:type="spellEnd"/>
            <w:r>
              <w:t xml:space="preserve"> </w:t>
            </w:r>
            <w:proofErr w:type="spellStart"/>
            <w:r>
              <w:t>punktów</w:t>
            </w:r>
            <w:proofErr w:type="spellEnd"/>
            <w:r>
              <w:t xml:space="preserve"> (0–30 pkt)</w:t>
            </w:r>
          </w:p>
        </w:tc>
        <w:tc>
          <w:tcPr>
            <w:tcW w:w="4816" w:type="dxa"/>
            <w:vAlign w:val="center"/>
          </w:tcPr>
          <w:p w14:paraId="6028E874" w14:textId="77777777" w:rsidR="00E5436D" w:rsidRDefault="00E5436D">
            <w:pPr>
              <w:spacing w:after="40"/>
            </w:pPr>
          </w:p>
        </w:tc>
      </w:tr>
    </w:tbl>
    <w:p w14:paraId="3D6D04D2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Liczba pozytywnie zweryfikowanych działań w kryterium II: ...................</w:t>
      </w:r>
    </w:p>
    <w:p w14:paraId="1A5ECB13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Wynik naboru:</w:t>
      </w:r>
    </w:p>
    <w:p w14:paraId="41A16920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Kandydat</w:t>
      </w:r>
      <w:proofErr w:type="gramEnd"/>
      <w:r w:rsidRPr="00AD1EDA">
        <w:rPr>
          <w:lang w:val="pl-PL"/>
        </w:rPr>
        <w:t xml:space="preserve"> wybrany do pełnienia funkcji Trenera Lokalnego</w:t>
      </w:r>
    </w:p>
    <w:p w14:paraId="684AC691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Kandydat</w:t>
      </w:r>
      <w:proofErr w:type="gramEnd"/>
      <w:r w:rsidRPr="00AD1EDA">
        <w:rPr>
          <w:lang w:val="pl-PL"/>
        </w:rPr>
        <w:t xml:space="preserve"> niewybrany</w:t>
      </w:r>
    </w:p>
    <w:p w14:paraId="17B08FA1" w14:textId="77777777" w:rsidR="00E5436D" w:rsidRPr="00AD1EDA" w:rsidRDefault="00000000">
      <w:pPr>
        <w:rPr>
          <w:lang w:val="pl-PL"/>
        </w:rPr>
      </w:pPr>
      <w:proofErr w:type="gramStart"/>
      <w:r w:rsidRPr="00AD1EDA">
        <w:rPr>
          <w:lang w:val="pl-PL"/>
        </w:rPr>
        <w:t>☐  Kandydat</w:t>
      </w:r>
      <w:proofErr w:type="gramEnd"/>
      <w:r w:rsidRPr="00AD1EDA">
        <w:rPr>
          <w:lang w:val="pl-PL"/>
        </w:rPr>
        <w:t xml:space="preserve"> wpisany na listę rezerwową</w:t>
      </w:r>
    </w:p>
    <w:p w14:paraId="6B82DCFE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Kierunek przypisany wybranemu Trenerowi Lokalnemu: ................................................................</w:t>
      </w:r>
    </w:p>
    <w:p w14:paraId="368DBBAA" w14:textId="77777777" w:rsidR="00E5436D" w:rsidRPr="00AD1EDA" w:rsidRDefault="00000000">
      <w:pPr>
        <w:rPr>
          <w:lang w:val="pl-PL"/>
        </w:rPr>
      </w:pPr>
      <w:r w:rsidRPr="00AD1EDA">
        <w:rPr>
          <w:lang w:val="pl-PL"/>
        </w:rPr>
        <w:t>Uzasadnienie rozstrzygnięcia remisu lub przypisania do innego kierunku (jeśli dotyczy):</w:t>
      </w:r>
    </w:p>
    <w:p w14:paraId="76653209" w14:textId="77777777" w:rsidR="00E5436D" w:rsidRDefault="00000000">
      <w:r>
        <w:t>..............................................................................................................................................</w:t>
      </w:r>
    </w:p>
    <w:p w14:paraId="233D75D6" w14:textId="77777777" w:rsidR="00E5436D" w:rsidRDefault="00000000">
      <w:r>
        <w:t>..............................................................................................................................................</w:t>
      </w:r>
    </w:p>
    <w:p w14:paraId="07DE623F" w14:textId="77777777" w:rsidR="00E5436D" w:rsidRDefault="00000000">
      <w:r>
        <w:t>Podpisy członków Komisji Rekrutacyjnej:</w:t>
      </w:r>
    </w:p>
    <w:p w14:paraId="796BB3A5" w14:textId="77777777" w:rsidR="00E5436D" w:rsidRDefault="00000000">
      <w:r>
        <w:t>1. ....................................................................................</w:t>
      </w:r>
    </w:p>
    <w:p w14:paraId="33D7B9F4" w14:textId="77777777" w:rsidR="00E5436D" w:rsidRDefault="00000000">
      <w:r>
        <w:t>2. ....................................................................................</w:t>
      </w:r>
    </w:p>
    <w:p w14:paraId="7605869A" w14:textId="77777777" w:rsidR="00E5436D" w:rsidRDefault="00000000">
      <w:r>
        <w:t>3. ....................................................................................</w:t>
      </w:r>
    </w:p>
    <w:sectPr w:rsidR="00E5436D" w:rsidSect="00034616">
      <w:headerReference w:type="default" r:id="rId8"/>
      <w:footerReference w:type="default" r:id="rId9"/>
      <w:pgSz w:w="12240" w:h="15840"/>
      <w:pgMar w:top="850" w:right="1304" w:bottom="85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B927A" w14:textId="77777777" w:rsidR="00722DE8" w:rsidRDefault="00722DE8">
      <w:pPr>
        <w:spacing w:after="0" w:line="240" w:lineRule="auto"/>
      </w:pPr>
      <w:r>
        <w:separator/>
      </w:r>
    </w:p>
  </w:endnote>
  <w:endnote w:type="continuationSeparator" w:id="0">
    <w:p w14:paraId="20093C24" w14:textId="77777777" w:rsidR="00722DE8" w:rsidRDefault="0072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146B3" w14:textId="77777777" w:rsidR="00E5436D" w:rsidRPr="009A6805" w:rsidRDefault="00000000">
    <w:pPr>
      <w:pStyle w:val="Stopka"/>
      <w:jc w:val="right"/>
      <w:rPr>
        <w:lang w:val="pl-PL"/>
      </w:rPr>
    </w:pPr>
    <w:r w:rsidRPr="009A6805">
      <w:rPr>
        <w:lang w:val="pl-PL"/>
      </w:rPr>
      <w:t>Projekt ELA  •  Formularz zgłoszeniowy – Trener Lokalny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32831" w14:textId="77777777" w:rsidR="00722DE8" w:rsidRDefault="00722DE8">
      <w:pPr>
        <w:spacing w:after="0" w:line="240" w:lineRule="auto"/>
      </w:pPr>
      <w:r>
        <w:separator/>
      </w:r>
    </w:p>
  </w:footnote>
  <w:footnote w:type="continuationSeparator" w:id="0">
    <w:p w14:paraId="41DF6033" w14:textId="77777777" w:rsidR="00722DE8" w:rsidRDefault="0072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415BF" w14:textId="77777777" w:rsidR="00E5436D" w:rsidRPr="009A6805" w:rsidRDefault="00000000">
    <w:pPr>
      <w:pStyle w:val="Nagwek"/>
      <w:jc w:val="center"/>
      <w:rPr>
        <w:lang w:val="pl-PL"/>
      </w:rPr>
    </w:pPr>
    <w:r w:rsidRPr="009A6805">
      <w:rPr>
        <w:color w:val="3C5B7D"/>
        <w:sz w:val="14"/>
        <w:lang w:val="pl-PL"/>
      </w:rPr>
      <w:t>FUNDUSZE EUROPEJSKIE DLA ROZWOJU SPOŁECZNEGO  |  RZECZPOSPOLITA POLSKA  |  UNIA EUROPEJSKA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2188514">
    <w:abstractNumId w:val="8"/>
  </w:num>
  <w:num w:numId="2" w16cid:durableId="455564330">
    <w:abstractNumId w:val="6"/>
  </w:num>
  <w:num w:numId="3" w16cid:durableId="1201479996">
    <w:abstractNumId w:val="5"/>
  </w:num>
  <w:num w:numId="4" w16cid:durableId="238950020">
    <w:abstractNumId w:val="4"/>
  </w:num>
  <w:num w:numId="5" w16cid:durableId="458457018">
    <w:abstractNumId w:val="7"/>
  </w:num>
  <w:num w:numId="6" w16cid:durableId="1212159321">
    <w:abstractNumId w:val="3"/>
  </w:num>
  <w:num w:numId="7" w16cid:durableId="1540313406">
    <w:abstractNumId w:val="2"/>
  </w:num>
  <w:num w:numId="8" w16cid:durableId="30108857">
    <w:abstractNumId w:val="1"/>
  </w:num>
  <w:num w:numId="9" w16cid:durableId="671839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1E05"/>
    <w:rsid w:val="0029639D"/>
    <w:rsid w:val="00326F90"/>
    <w:rsid w:val="00722DE8"/>
    <w:rsid w:val="009A6805"/>
    <w:rsid w:val="00AA1D8D"/>
    <w:rsid w:val="00AD1EDA"/>
    <w:rsid w:val="00B47730"/>
    <w:rsid w:val="00CB0664"/>
    <w:rsid w:val="00E5436D"/>
    <w:rsid w:val="00F26B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CAFC36"/>
  <w14:defaultImageDpi w14:val="300"/>
  <w15:docId w15:val="{5D416918-9B42-4EC2-8666-C6DD53A20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/>
      <w:b/>
      <w:bCs/>
      <w:color w:val="1E5D94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b/>
      <w:bCs/>
      <w:color w:val="1E5D94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E5D94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725</Words>
  <Characters>4352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Sławomir Bździuch</cp:lastModifiedBy>
  <cp:revision>3</cp:revision>
  <dcterms:created xsi:type="dcterms:W3CDTF">2026-10-12T13:05:00Z</dcterms:created>
  <dcterms:modified xsi:type="dcterms:W3CDTF">2026-10-12T13:20:00Z</dcterms:modified>
  <cp:category/>
</cp:coreProperties>
</file>